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iragino Sans GB" w:hAnsi="Hiragino Sans GB" w:eastAsia="Hiragino Sans GB"/>
          <w:color w:val="000000"/>
        </w:rPr>
        <w:t>木马阅稿室下载测试</w:t>
      </w:r>
    </w:p>
    <w:p>
      <w:r>
        <w:rPr>
          <w:rFonts w:ascii="Hiragino Sans GB" w:hAnsi="Hiragino Sans GB" w:eastAsia="Hiragino Sans GB"/>
          <w:color w:val="000000"/>
        </w:rPr>
        <w:t>本文件包含两段虚构文字，用于核验 Word 下载、保存与打开。不是正式投稿。</w:t>
      </w:r>
    </w:p>
    <w:p>
      <w:pPr>
        <w:pStyle w:val="Heading1"/>
      </w:pPr>
      <w:r>
        <w:rPr>
          <w:rFonts w:ascii="Hiragino Sans GB" w:hAnsi="Hiragino Sans GB" w:eastAsia="Hiragino Sans GB"/>
          <w:color w:val="000000"/>
        </w:rPr>
        <w:t>雨停之后</w:t>
      </w:r>
    </w:p>
    <w:p>
      <w:r>
        <w:rPr>
          <w:rFonts w:ascii="Hiragino Sans GB" w:hAnsi="Hiragino Sans GB" w:eastAsia="Hiragino Sans GB"/>
          <w:color w:val="000000"/>
        </w:rPr>
        <w:t>雨停的时候，小镇的钟慢了三分钟。修钟的人没有急着拨回去，他站在门口，等最后一滴水从屋檐落下。</w:t>
      </w:r>
    </w:p>
    <w:p>
      <w:r>
        <w:rPr>
          <w:rFonts w:ascii="Hiragino Sans GB" w:hAnsi="Hiragino Sans GB" w:eastAsia="Hiragino Sans GB"/>
          <w:color w:val="000000"/>
        </w:rPr>
        <w:t>“今天可以慢一点。”他对路过的猫说。猫没有回答，只在门槛上坐了下来。</w:t>
      </w:r>
    </w:p>
    <w:p>
      <w:pPr>
        <w:pStyle w:val="Heading1"/>
      </w:pPr>
      <w:r>
        <w:rPr>
          <w:rFonts w:ascii="Hiragino Sans GB" w:hAnsi="Hiragino Sans GB" w:eastAsia="Hiragino Sans GB"/>
          <w:color w:val="000000"/>
        </w:rPr>
        <w:t>灯还亮着</w:t>
      </w:r>
    </w:p>
    <w:p>
      <w:r>
        <w:rPr>
          <w:rFonts w:ascii="Hiragino Sans GB" w:hAnsi="Hiragino Sans GB" w:eastAsia="Hiragino Sans GB"/>
          <w:color w:val="000000"/>
        </w:rPr>
        <w:t>最后一班车驶过河桥，书店的灯还亮着。老板把门口的椅子搬进来，却留下了一把。</w:t>
      </w:r>
    </w:p>
    <w:p>
      <w:r>
        <w:rPr>
          <w:rFonts w:ascii="Hiragino Sans GB" w:hAnsi="Hiragino Sans GB" w:eastAsia="Hiragino Sans GB"/>
          <w:color w:val="000000"/>
        </w:rPr>
        <w:t>他答应过一个迷路的小孩：如果明天还找不到回家的路，就先来这里坐一会儿。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/>
    </w:pPr>
    <w:rPr>
      <w:rFonts w:ascii="Hiragino Sans GB" w:hAnsi="Hiragino Sans GB" w:eastAsia="Hiragino Sans GB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Hiragino Sans GB" w:hAnsi="Hiragino Sans GB" w:eastAsia="Hiragino Sans GB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Hiragino Sans GB" w:hAnsi="Hiragino Sans GB" w:eastAsia="Hiragino Sans GB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Hiragino Sans GB" w:hAnsi="Hiragino Sans GB" w:eastAsia="Hiragino Sans GB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Hiragino Sans GB" w:hAnsi="Hiragino Sans GB" w:eastAsia="Hiragino Sans GB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Hiragino Sans GB" w:hAnsi="Hiragino Sans GB" w:eastAsia="Hiragino Sans GB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Hiragino Sans GB" w:hAnsi="Hiragino Sans GB" w:eastAsia="Hiragino Sans GB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Hiragino Sans GB" w:hAnsi="Hiragino Sans GB" w:eastAsia="Hiragino Sans GB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Hiragino Sans GB" w:hAnsi="Hiragino Sans GB" w:eastAsia="Hiragino Sans GB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Hiragino Sans GB" w:hAnsi="Hiragino Sans GB" w:eastAsia="Hiragino Sans GB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Hiragino Sans GB" w:hAnsi="Hiragino Sans GB" w:eastAsia="Hiragino Sans GB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Hiragino Sans GB" w:hAnsi="Hiragino Sans GB" w:eastAsia="Hiragino Sans GB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Hiragino Sans GB" w:hAnsi="Hiragino Sans GB" w:eastAsia="Hiragino Sans GB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Hiragino Sans GB" w:hAnsi="Hiragino Sans GB" w:eastAsia="Hiragino Sans GB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Hiragino Sans GB" w:hAnsi="Hiragino Sans GB" w:eastAsia="Hiragino Sans GB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Hiragino Sans GB" w:hAnsi="Hiragino Sans GB" w:eastAsia="Hiragino Sans GB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Hiragino Sans GB" w:hAnsi="Hiragino Sans GB" w:eastAsia="Hiragino Sans GB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Hiragino Sans GB" w:hAnsi="Hiragino Sans GB" w:eastAsia="Hiragino Sans GB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Hiragino Sans GB" w:hAnsi="Hiragino Sans GB" w:eastAsia="Hiragino Sans GB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Hiragino Sans GB" w:hAnsi="Hiragino Sans GB" w:eastAsia="Hiragino Sans GB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Hiragino Sans GB" w:hAnsi="Hiragino Sans GB" w:eastAsia="Hiragino Sans GB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Hiragino Sans GB" w:hAnsi="Hiragino Sans GB" w:eastAsia="Hiragino Sans GB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iragino Sans GB" w:hAnsi="Hiragino Sans GB" w:eastAsia="Hiragino Sans GB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Hiragino Sans GB" w:hAnsi="Hiragino Sans GB" w:eastAsia="Hiragino Sans GB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Hiragino Sans GB" w:hAnsi="Hiragino Sans GB" w:eastAsia="Hiragino Sans GB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Hiragino Sans GB" w:hAnsi="Hiragino Sans GB" w:eastAsia="Hiragino Sans GB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Hiragino Sans GB" w:hAnsi="Hiragino Sans GB" w:eastAsia="Hiragino Sans GB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木马阅稿室下载测试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